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21F6D" w14:textId="77777777" w:rsidR="00C02DD4" w:rsidRDefault="00F717D3">
      <w:r>
        <w:rPr>
          <w:noProof/>
        </w:rPr>
        <w:drawing>
          <wp:inline distT="0" distB="0" distL="0" distR="0" wp14:anchorId="3CD381E6" wp14:editId="192B31FE">
            <wp:extent cx="1828800" cy="4361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I-Kalme-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3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75F5" w14:textId="77777777" w:rsidR="00C02DD4" w:rsidRPr="00807842" w:rsidRDefault="00F717D3">
      <w:pPr>
        <w:pStyle w:val="berschrift1"/>
        <w:rPr>
          <w:lang w:val="de-DE"/>
        </w:rPr>
      </w:pPr>
      <w:r>
        <w:t>🐾</w:t>
      </w:r>
      <w:r w:rsidRPr="00807842">
        <w:rPr>
          <w:lang w:val="de-DE"/>
        </w:rPr>
        <w:t xml:space="preserve"> Steckbrief – Therapie-/Besuchshund</w:t>
      </w:r>
    </w:p>
    <w:p w14:paraId="63E61E47" w14:textId="05922AC6" w:rsidR="00C02DD4" w:rsidRPr="00807842" w:rsidRDefault="00366BA3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4607D438" wp14:editId="4D990F43">
            <wp:extent cx="2990850" cy="1994939"/>
            <wp:effectExtent l="0" t="0" r="0" b="5715"/>
            <wp:docPr id="5" name="Grafik 5" descr="Ein Bild, das Gras, Hunderasse, Säugetier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ras, Hunderasse, Säugetier, draußen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172" cy="201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87AD" w14:textId="1FA7DB3B" w:rsidR="00C02DD4" w:rsidRPr="00807842" w:rsidRDefault="00C02DD4">
      <w:pPr>
        <w:rPr>
          <w:lang w:val="de-DE"/>
        </w:rPr>
      </w:pPr>
    </w:p>
    <w:p w14:paraId="2A75B152" w14:textId="77777777" w:rsidR="00C02DD4" w:rsidRPr="00807842" w:rsidRDefault="00F717D3">
      <w:pPr>
        <w:rPr>
          <w:lang w:val="de-DE"/>
        </w:rPr>
      </w:pPr>
      <w:r>
        <w:rPr>
          <w:b/>
          <w:sz w:val="24"/>
        </w:rPr>
        <w:t>🐶</w:t>
      </w:r>
      <w:r w:rsidRPr="00807842">
        <w:rPr>
          <w:b/>
          <w:sz w:val="24"/>
          <w:lang w:val="de-DE"/>
        </w:rPr>
        <w:t xml:space="preserve"> Allgemeine Informationen</w:t>
      </w:r>
    </w:p>
    <w:p w14:paraId="0020567B" w14:textId="7C00324F" w:rsidR="00C02DD4" w:rsidRPr="00807842" w:rsidRDefault="00F717D3" w:rsidP="006C3F35">
      <w:pPr>
        <w:pStyle w:val="berschrift4"/>
        <w:rPr>
          <w:lang w:val="de-DE"/>
        </w:rPr>
      </w:pPr>
      <w:r w:rsidRPr="00807842">
        <w:rPr>
          <w:lang w:val="de-DE"/>
        </w:rPr>
        <w:t>Name:</w:t>
      </w:r>
      <w:r w:rsidR="00366BA3">
        <w:rPr>
          <w:lang w:val="de-DE"/>
        </w:rPr>
        <w:tab/>
      </w:r>
      <w:r w:rsidR="006C3F35">
        <w:rPr>
          <w:lang w:val="de-DE"/>
        </w:rPr>
        <w:t>Lotta</w:t>
      </w:r>
    </w:p>
    <w:p w14:paraId="73A26F4B" w14:textId="0B3D483A" w:rsidR="00C02DD4" w:rsidRPr="00807842" w:rsidRDefault="00F717D3">
      <w:pPr>
        <w:rPr>
          <w:lang w:val="de-DE"/>
        </w:rPr>
      </w:pPr>
      <w:r w:rsidRPr="00807842">
        <w:rPr>
          <w:lang w:val="de-DE"/>
        </w:rPr>
        <w:t>Geburtsdatum:</w:t>
      </w:r>
      <w:r w:rsidR="006C3F35">
        <w:rPr>
          <w:lang w:val="de-DE"/>
        </w:rPr>
        <w:t xml:space="preserve"> 29.12.2023</w:t>
      </w:r>
    </w:p>
    <w:p w14:paraId="39947C72" w14:textId="7F1FA9DF" w:rsidR="00C02DD4" w:rsidRPr="006C3F35" w:rsidRDefault="00F717D3">
      <w:pPr>
        <w:rPr>
          <w:i/>
          <w:iCs/>
          <w:lang w:val="de-DE"/>
        </w:rPr>
      </w:pPr>
      <w:r w:rsidRPr="00807842">
        <w:rPr>
          <w:lang w:val="de-DE"/>
        </w:rPr>
        <w:t>Rasse / Mix:</w:t>
      </w:r>
      <w:r w:rsidR="006C3F35">
        <w:rPr>
          <w:lang w:val="de-DE"/>
        </w:rPr>
        <w:t xml:space="preserve">  </w:t>
      </w:r>
      <w:r w:rsidR="006C3F35" w:rsidRPr="006C3F35">
        <w:rPr>
          <w:i/>
          <w:iCs/>
          <w:lang w:val="de-DE"/>
        </w:rPr>
        <w:t>Labrador Retriever</w:t>
      </w:r>
    </w:p>
    <w:p w14:paraId="1076EE5E" w14:textId="2587ACE2" w:rsidR="00C02DD4" w:rsidRPr="006C3F35" w:rsidRDefault="00F717D3">
      <w:pPr>
        <w:rPr>
          <w:i/>
          <w:iCs/>
          <w:lang w:val="de-DE"/>
        </w:rPr>
      </w:pPr>
      <w:r w:rsidRPr="006C3F35">
        <w:rPr>
          <w:i/>
          <w:iCs/>
          <w:lang w:val="de-DE"/>
        </w:rPr>
        <w:t>Geschlecht:</w:t>
      </w:r>
      <w:r w:rsidR="006C3F35">
        <w:rPr>
          <w:i/>
          <w:iCs/>
          <w:lang w:val="de-DE"/>
        </w:rPr>
        <w:t xml:space="preserve"> </w:t>
      </w:r>
      <w:r w:rsidR="009D594D" w:rsidRPr="006C3F35">
        <w:rPr>
          <w:i/>
          <w:iCs/>
          <w:lang w:val="de-DE"/>
        </w:rPr>
        <w:t xml:space="preserve"> </w:t>
      </w:r>
      <w:sdt>
        <w:sdtPr>
          <w:rPr>
            <w:i/>
            <w:iCs/>
            <w:lang w:val="de-DE"/>
          </w:rPr>
          <w:alias w:val="Geschlecht"/>
          <w:tag w:val="Geschlecht"/>
          <w:id w:val="-46069342"/>
          <w:lock w:val="sdtLocked"/>
          <w:placeholder>
            <w:docPart w:val="FB47EEC36E4646F199790991D2D895CA"/>
          </w:placeholder>
          <w:comboBox>
            <w:listItem w:displayText="Bitte auswählen" w:value=""/>
            <w:listItem w:displayText="Männlich" w:value="Männlich"/>
            <w:listItem w:displayText="Weiblich" w:value="Weiblich"/>
          </w:comboBox>
        </w:sdtPr>
        <w:sdtContent>
          <w:r w:rsidR="006C3F35">
            <w:rPr>
              <w:i/>
              <w:iCs/>
              <w:lang w:val="de-DE"/>
            </w:rPr>
            <w:t>Weiblich</w:t>
          </w:r>
        </w:sdtContent>
      </w:sdt>
    </w:p>
    <w:p w14:paraId="3DA35488" w14:textId="23B97D67" w:rsidR="00C02DD4" w:rsidRDefault="00F717D3">
      <w:pPr>
        <w:rPr>
          <w:lang w:val="de-DE"/>
        </w:rPr>
      </w:pPr>
      <w:r w:rsidRPr="00807842">
        <w:rPr>
          <w:lang w:val="de-DE"/>
        </w:rPr>
        <w:t>Größe / Gewicht:</w:t>
      </w:r>
      <w:r w:rsidR="009D594D" w:rsidRPr="00807842">
        <w:rPr>
          <w:lang w:val="de-DE"/>
        </w:rPr>
        <w:t xml:space="preserve"> </w:t>
      </w:r>
      <w:sdt>
        <w:sdtPr>
          <w:rPr>
            <w:i/>
            <w:iCs/>
            <w:lang w:val="de-DE"/>
          </w:rPr>
          <w:alias w:val="Größe"/>
          <w:tag w:val="Größe"/>
          <w:id w:val="-783727623"/>
          <w:lock w:val="sdtLocked"/>
          <w:placeholder>
            <w:docPart w:val="DefaultPlaceholder_-1854013438"/>
          </w:placeholder>
          <w:comboBox>
            <w:listItem w:displayText="Bitte auswählen" w:value="Bitte auswählen"/>
            <w:listItem w:displayText="Zwerg- oder Minihunde (&lt;5kg)" w:value="Zwerg- oder Minihunde (&lt;5kg)"/>
            <w:listItem w:displayText="Kleine Hunde (5-10kg)" w:value="Kleine Hunde (5-10kg)"/>
            <w:listItem w:displayText="Mittelgroße Hunde (10-25kg)" w:value="Mittelgroße Hunde (10-25kg)"/>
            <w:listItem w:displayText="Große Hunde (25-45kg)" w:value="Große Hunde (25-45kg)"/>
            <w:listItem w:displayText="Sehr große / Riesenhunde (&gt;45kg)" w:value="Sehr große / Riesenhunde (&gt;45kg)"/>
          </w:comboBox>
        </w:sdtPr>
        <w:sdtContent>
          <w:r w:rsidR="006C3F35">
            <w:rPr>
              <w:i/>
              <w:iCs/>
              <w:lang w:val="de-DE"/>
            </w:rPr>
            <w:t xml:space="preserve"> 26 kg</w:t>
          </w:r>
        </w:sdtContent>
      </w:sdt>
    </w:p>
    <w:p w14:paraId="02714E21" w14:textId="2C748E5A" w:rsidR="00807842" w:rsidRPr="00807842" w:rsidRDefault="00807842">
      <w:pPr>
        <w:rPr>
          <w:lang w:val="de-DE"/>
        </w:rPr>
      </w:pPr>
      <w:r>
        <w:rPr>
          <w:lang w:val="de-DE"/>
        </w:rPr>
        <w:t>Fell (Länge, Dichtigkeit und Farbe</w:t>
      </w:r>
      <w:r w:rsidRPr="006C3F35">
        <w:rPr>
          <w:i/>
          <w:iCs/>
          <w:lang w:val="de-DE"/>
        </w:rPr>
        <w:t>):</w:t>
      </w:r>
      <w:r w:rsidR="006C3F35" w:rsidRPr="006C3F35">
        <w:rPr>
          <w:i/>
          <w:iCs/>
          <w:lang w:val="de-DE"/>
        </w:rPr>
        <w:t xml:space="preserve"> blond , Kurzhaar</w:t>
      </w:r>
    </w:p>
    <w:p w14:paraId="3DEEAAB7" w14:textId="7F872FDA" w:rsidR="00C02DD4" w:rsidRPr="00807842" w:rsidRDefault="00F717D3">
      <w:pPr>
        <w:rPr>
          <w:lang w:val="de-DE"/>
        </w:rPr>
      </w:pPr>
      <w:r w:rsidRPr="00807842">
        <w:rPr>
          <w:lang w:val="de-DE"/>
        </w:rPr>
        <w:t>Besonderheiten (Erkennungszeichen</w:t>
      </w:r>
      <w:r w:rsidR="00807842">
        <w:rPr>
          <w:lang w:val="de-DE"/>
        </w:rPr>
        <w:t>):</w:t>
      </w:r>
    </w:p>
    <w:p w14:paraId="49C4217E" w14:textId="4FDA4AA2" w:rsidR="00CC70D7" w:rsidRPr="00807842" w:rsidRDefault="00CC70D7">
      <w:pPr>
        <w:rPr>
          <w:lang w:val="de-DE"/>
        </w:rPr>
      </w:pPr>
      <w:r w:rsidRPr="00807842">
        <w:rPr>
          <w:lang w:val="de-DE"/>
        </w:rPr>
        <w:t>Gechipt (Chip-Nummer):</w:t>
      </w:r>
      <w:r w:rsidR="006C3F35">
        <w:rPr>
          <w:lang w:val="de-DE"/>
        </w:rPr>
        <w:t xml:space="preserve"> 276096800128407</w:t>
      </w:r>
    </w:p>
    <w:p w14:paraId="0EAFD14A" w14:textId="781D9556" w:rsidR="00CC70D7" w:rsidRPr="00807842" w:rsidRDefault="00CC70D7">
      <w:pPr>
        <w:rPr>
          <w:lang w:val="de-DE"/>
        </w:rPr>
      </w:pPr>
      <w:r w:rsidRPr="00807842">
        <w:rPr>
          <w:lang w:val="de-DE"/>
        </w:rPr>
        <w:t>Geimpft (Impfpass-Nummer):</w:t>
      </w:r>
      <w:r w:rsidR="006C3F35">
        <w:rPr>
          <w:lang w:val="de-DE"/>
        </w:rPr>
        <w:t xml:space="preserve"> DE-08-0369157</w:t>
      </w:r>
    </w:p>
    <w:p w14:paraId="65090698" w14:textId="1B5E6794" w:rsidR="00CC70D7" w:rsidRDefault="00CC70D7">
      <w:pPr>
        <w:rPr>
          <w:lang w:val="de-DE"/>
        </w:rPr>
      </w:pPr>
      <w:r w:rsidRPr="00807842">
        <w:rPr>
          <w:lang w:val="de-DE"/>
        </w:rPr>
        <w:t>Tasso:</w:t>
      </w:r>
      <w:r w:rsidR="00807842">
        <w:rPr>
          <w:lang w:val="de-DE"/>
        </w:rPr>
        <w:t xml:space="preserve"> </w:t>
      </w:r>
      <w:sdt>
        <w:sdtPr>
          <w:rPr>
            <w:lang w:val="de-DE"/>
          </w:rPr>
          <w:id w:val="-1571187280"/>
          <w:placeholder>
            <w:docPart w:val="DefaultPlaceholder_-1854013438"/>
          </w:placeholder>
          <w:dropDownList>
            <w:listItem w:value="Wählen Sie ein Element aus."/>
            <w:listItem w:displayText="Ja" w:value="Ja"/>
            <w:listItem w:displayText="Nein" w:value="Nein"/>
          </w:dropDownList>
        </w:sdtPr>
        <w:sdtContent>
          <w:r w:rsidR="006C3F35">
            <w:rPr>
              <w:lang w:val="de-DE"/>
            </w:rPr>
            <w:t>Ja</w:t>
          </w:r>
        </w:sdtContent>
      </w:sdt>
    </w:p>
    <w:p w14:paraId="3785AEF3" w14:textId="4B80EDDB" w:rsidR="00807842" w:rsidRDefault="00807842">
      <w:pPr>
        <w:rPr>
          <w:lang w:val="de-DE"/>
        </w:rPr>
      </w:pPr>
      <w:r>
        <w:rPr>
          <w:lang w:val="de-DE"/>
        </w:rPr>
        <w:t>Versichert (Versicherungsschein-Nummer):</w:t>
      </w:r>
      <w:r w:rsidR="006C3F35">
        <w:rPr>
          <w:lang w:val="de-DE"/>
        </w:rPr>
        <w:t xml:space="preserve"> GS- p72r5agnu</w:t>
      </w:r>
    </w:p>
    <w:p w14:paraId="0378F07F" w14:textId="6AFBD500" w:rsidR="00807842" w:rsidRDefault="00807842">
      <w:pPr>
        <w:rPr>
          <w:lang w:val="de-DE"/>
        </w:rPr>
      </w:pPr>
      <w:r>
        <w:rPr>
          <w:lang w:val="de-DE"/>
        </w:rPr>
        <w:t xml:space="preserve">Angemeldet im Hunderegister? </w:t>
      </w:r>
      <w:sdt>
        <w:sdtPr>
          <w:rPr>
            <w:lang w:val="de-DE"/>
          </w:rPr>
          <w:id w:val="-2038654740"/>
          <w:placeholder>
            <w:docPart w:val="DefaultPlaceholder_-1854013438"/>
          </w:placeholder>
          <w:dropDownList>
            <w:listItem w:value="Wählen Sie ein Element aus."/>
            <w:listItem w:displayText="Ja" w:value="Ja"/>
            <w:listItem w:displayText="Nein" w:value="Nein"/>
          </w:dropDownList>
        </w:sdtPr>
        <w:sdtContent>
          <w:r w:rsidR="006C3F35">
            <w:rPr>
              <w:lang w:val="de-DE"/>
            </w:rPr>
            <w:t>Ja</w:t>
          </w:r>
        </w:sdtContent>
      </w:sdt>
    </w:p>
    <w:p w14:paraId="32840F4D" w14:textId="30E953B2" w:rsidR="00807842" w:rsidRPr="00807842" w:rsidRDefault="00807842">
      <w:pPr>
        <w:rPr>
          <w:lang w:val="de-DE"/>
        </w:rPr>
      </w:pPr>
      <w:r>
        <w:rPr>
          <w:lang w:val="de-DE"/>
        </w:rPr>
        <w:t>Behandelnder Tierarzt:</w:t>
      </w:r>
      <w:r w:rsidR="006C3F35">
        <w:rPr>
          <w:lang w:val="de-DE"/>
        </w:rPr>
        <w:t xml:space="preserve"> Dr. Mareike Stelzmann</w:t>
      </w:r>
    </w:p>
    <w:p w14:paraId="081808FF" w14:textId="77777777" w:rsidR="00C02DD4" w:rsidRPr="00807842" w:rsidRDefault="00F717D3">
      <w:pPr>
        <w:rPr>
          <w:lang w:val="de-DE"/>
        </w:rPr>
      </w:pPr>
      <w:r>
        <w:rPr>
          <w:b/>
          <w:sz w:val="24"/>
        </w:rPr>
        <w:t>🧑</w:t>
      </w:r>
      <w:r w:rsidRPr="00807842">
        <w:rPr>
          <w:b/>
          <w:sz w:val="24"/>
          <w:lang w:val="de-DE"/>
        </w:rPr>
        <w:t>‍⚕</w:t>
      </w:r>
      <w:r>
        <w:rPr>
          <w:b/>
          <w:sz w:val="24"/>
        </w:rPr>
        <w:t>️</w:t>
      </w:r>
      <w:r w:rsidRPr="00807842">
        <w:rPr>
          <w:b/>
          <w:sz w:val="24"/>
          <w:lang w:val="de-DE"/>
        </w:rPr>
        <w:t xml:space="preserve"> Therapie-/Besuchshund-Ausbildung</w:t>
      </w:r>
    </w:p>
    <w:p w14:paraId="1D1DE24D" w14:textId="68CA0270" w:rsidR="00C02DD4" w:rsidRPr="00807842" w:rsidRDefault="00F717D3">
      <w:pPr>
        <w:rPr>
          <w:lang w:val="de-DE"/>
        </w:rPr>
      </w:pPr>
      <w:r w:rsidRPr="00807842">
        <w:rPr>
          <w:lang w:val="de-DE"/>
        </w:rPr>
        <w:lastRenderedPageBreak/>
        <w:t>Ausbildungsstatus:</w:t>
      </w:r>
      <w:r w:rsidR="006C3F35">
        <w:rPr>
          <w:lang w:val="de-DE"/>
        </w:rPr>
        <w:t xml:space="preserve"> </w:t>
      </w:r>
      <w:r w:rsidR="006C3F35" w:rsidRPr="00902F98">
        <w:rPr>
          <w:i/>
          <w:iCs/>
          <w:lang w:val="de-DE"/>
        </w:rPr>
        <w:t xml:space="preserve"> Therapiebegleithund</w:t>
      </w:r>
    </w:p>
    <w:p w14:paraId="1E7F5846" w14:textId="65B9251E" w:rsidR="00C02DD4" w:rsidRPr="00807842" w:rsidRDefault="00F717D3">
      <w:pPr>
        <w:rPr>
          <w:lang w:val="de-DE"/>
        </w:rPr>
      </w:pPr>
      <w:r w:rsidRPr="00807842">
        <w:rPr>
          <w:lang w:val="de-DE"/>
        </w:rPr>
        <w:t>Ausgebildet durch:</w:t>
      </w:r>
      <w:r w:rsidR="006C3F35">
        <w:rPr>
          <w:lang w:val="de-DE"/>
        </w:rPr>
        <w:t xml:space="preserve"> Hundeinstitut DEIHM</w:t>
      </w:r>
    </w:p>
    <w:p w14:paraId="166A4708" w14:textId="59431BD8" w:rsidR="00C02DD4" w:rsidRPr="00807842" w:rsidRDefault="00F717D3">
      <w:pPr>
        <w:rPr>
          <w:lang w:val="de-DE"/>
        </w:rPr>
      </w:pPr>
      <w:r w:rsidRPr="00807842">
        <w:rPr>
          <w:lang w:val="de-DE"/>
        </w:rPr>
        <w:t>Zertifikate / Prüfungen:</w:t>
      </w:r>
      <w:r w:rsidR="006C3F35">
        <w:rPr>
          <w:lang w:val="de-DE"/>
        </w:rPr>
        <w:t xml:space="preserve">  </w:t>
      </w:r>
      <w:r w:rsidR="006C3F35" w:rsidRPr="00902F98">
        <w:rPr>
          <w:i/>
          <w:iCs/>
          <w:lang w:val="de-DE"/>
        </w:rPr>
        <w:t>Abschlussprüfung am 28.09.25 fehlerfrei bestanden</w:t>
      </w:r>
    </w:p>
    <w:p w14:paraId="0633A9F8" w14:textId="5FF2AE9F" w:rsidR="00C02DD4" w:rsidRPr="00807842" w:rsidRDefault="00F717D3">
      <w:pPr>
        <w:rPr>
          <w:lang w:val="de-DE"/>
        </w:rPr>
      </w:pPr>
      <w:r w:rsidRPr="00807842">
        <w:rPr>
          <w:lang w:val="de-DE"/>
        </w:rPr>
        <w:t>Einsatz-Erfahrung seit</w:t>
      </w:r>
      <w:r w:rsidR="006C3F35">
        <w:rPr>
          <w:lang w:val="de-DE"/>
        </w:rPr>
        <w:t xml:space="preserve"> </w:t>
      </w:r>
      <w:r w:rsidRPr="00807842">
        <w:rPr>
          <w:lang w:val="de-DE"/>
        </w:rPr>
        <w:t>:</w:t>
      </w:r>
      <w:r w:rsidR="006C3F35">
        <w:rPr>
          <w:lang w:val="de-DE"/>
        </w:rPr>
        <w:t xml:space="preserve"> Juni 2025</w:t>
      </w:r>
    </w:p>
    <w:p w14:paraId="0AC56FC4" w14:textId="0A49E62C" w:rsidR="00D14B34" w:rsidRDefault="00F717D3">
      <w:pPr>
        <w:rPr>
          <w:lang w:val="de-DE"/>
        </w:rPr>
      </w:pPr>
      <w:r w:rsidRPr="00807842">
        <w:rPr>
          <w:lang w:val="de-DE"/>
        </w:rPr>
        <w:t>Hundeführer/in:</w:t>
      </w:r>
      <w:r w:rsidR="006C3F35">
        <w:rPr>
          <w:lang w:val="de-DE"/>
        </w:rPr>
        <w:t xml:space="preserve"> </w:t>
      </w:r>
      <w:r w:rsidR="006C3F35" w:rsidRPr="00902F98">
        <w:rPr>
          <w:i/>
          <w:iCs/>
          <w:lang w:val="de-DE"/>
        </w:rPr>
        <w:t>Andrea Kastner</w:t>
      </w:r>
      <w:r w:rsidR="00902F98">
        <w:rPr>
          <w:lang w:val="de-DE"/>
        </w:rPr>
        <w:t xml:space="preserve"> </w:t>
      </w:r>
    </w:p>
    <w:p w14:paraId="333E567F" w14:textId="1D5E5897" w:rsidR="009D594D" w:rsidRPr="00807842" w:rsidRDefault="00F717D3">
      <w:pPr>
        <w:rPr>
          <w:lang w:val="de-DE"/>
        </w:rPr>
      </w:pPr>
      <w:r w:rsidRPr="00807842">
        <w:rPr>
          <w:lang w:val="de-DE"/>
        </w:rPr>
        <w:t>Team-Erfahrung (Hund &amp; Mensch):</w:t>
      </w:r>
      <w:r w:rsidR="00902F98">
        <w:rPr>
          <w:lang w:val="de-DE"/>
        </w:rPr>
        <w:t xml:space="preserve">  seit Juni 2025 regelmäßige Besuche im betreuten Wohnen . </w:t>
      </w:r>
    </w:p>
    <w:p w14:paraId="2DAFCFB2" w14:textId="77777777" w:rsidR="00243EAC" w:rsidRPr="00366BA3" w:rsidRDefault="00243EAC">
      <w:pPr>
        <w:rPr>
          <w:b/>
          <w:sz w:val="24"/>
          <w:lang w:val="de-DE"/>
        </w:rPr>
      </w:pPr>
    </w:p>
    <w:p w14:paraId="5D073E70" w14:textId="7E9177DA" w:rsidR="00C02DD4" w:rsidRPr="00807842" w:rsidRDefault="00F717D3">
      <w:pPr>
        <w:rPr>
          <w:lang w:val="de-DE"/>
        </w:rPr>
      </w:pPr>
      <w:r>
        <w:rPr>
          <w:b/>
          <w:sz w:val="24"/>
        </w:rPr>
        <w:t>💼</w:t>
      </w:r>
      <w:r w:rsidRPr="00807842">
        <w:rPr>
          <w:b/>
          <w:sz w:val="24"/>
          <w:lang w:val="de-DE"/>
        </w:rPr>
        <w:t xml:space="preserve"> Einsatzpräferenzen / Geeignete Einsatzbereiche</w:t>
      </w:r>
    </w:p>
    <w:p w14:paraId="79F3443F" w14:textId="144CA0BA" w:rsidR="00C02DD4" w:rsidRPr="00807842" w:rsidRDefault="00000000">
      <w:pPr>
        <w:rPr>
          <w:lang w:val="de-DE"/>
        </w:rPr>
      </w:pPr>
      <w:sdt>
        <w:sdtPr>
          <w:rPr>
            <w:lang w:val="de-DE"/>
          </w:rPr>
          <w:id w:val="-7110350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02F98">
            <w:rPr>
              <w:rFonts w:ascii="MS Gothic" w:eastAsia="MS Gothic" w:hAnsi="MS Gothic" w:hint="eastAsia"/>
              <w:lang w:val="de-DE"/>
            </w:rPr>
            <w:t>☒</w:t>
          </w:r>
        </w:sdtContent>
      </w:sdt>
      <w:r w:rsidR="009D594D" w:rsidRPr="00807842">
        <w:rPr>
          <w:lang w:val="de-DE"/>
        </w:rPr>
        <w:t xml:space="preserve"> Seniorenheime</w:t>
      </w:r>
    </w:p>
    <w:p w14:paraId="048E24DE" w14:textId="632269D9" w:rsidR="00C02DD4" w:rsidRPr="00807842" w:rsidRDefault="00000000">
      <w:pPr>
        <w:rPr>
          <w:lang w:val="de-DE"/>
        </w:rPr>
      </w:pPr>
      <w:sdt>
        <w:sdtPr>
          <w:rPr>
            <w:lang w:val="de-DE"/>
          </w:rPr>
          <w:id w:val="-116794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70D7" w:rsidRPr="0080784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C70D7" w:rsidRPr="00807842">
        <w:rPr>
          <w:lang w:val="de-DE"/>
        </w:rPr>
        <w:t xml:space="preserve"> Kindergärten</w:t>
      </w:r>
    </w:p>
    <w:p w14:paraId="6C25CB57" w14:textId="7DA26CE6" w:rsidR="00CC70D7" w:rsidRPr="00807842" w:rsidRDefault="00000000">
      <w:pPr>
        <w:rPr>
          <w:lang w:val="de-DE"/>
        </w:rPr>
      </w:pPr>
      <w:sdt>
        <w:sdtPr>
          <w:rPr>
            <w:lang w:val="de-DE"/>
          </w:rPr>
          <w:id w:val="-517311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784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C70D7" w:rsidRPr="00807842">
        <w:rPr>
          <w:lang w:val="de-DE"/>
        </w:rPr>
        <w:t xml:space="preserve"> Schulen</w:t>
      </w:r>
    </w:p>
    <w:p w14:paraId="4C4461F7" w14:textId="64A9F597" w:rsidR="00CC70D7" w:rsidRPr="00807842" w:rsidRDefault="00000000">
      <w:pPr>
        <w:rPr>
          <w:lang w:val="de-DE"/>
        </w:rPr>
      </w:pPr>
      <w:sdt>
        <w:sdtPr>
          <w:rPr>
            <w:lang w:val="de-DE"/>
          </w:rPr>
          <w:id w:val="950199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70D7" w:rsidRPr="0080784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C70D7" w:rsidRPr="00807842">
        <w:rPr>
          <w:lang w:val="de-DE"/>
        </w:rPr>
        <w:t xml:space="preserve"> Einrichtungen für Menschen mit Behinderung</w:t>
      </w:r>
    </w:p>
    <w:p w14:paraId="0984ACD2" w14:textId="5FE4F0AB" w:rsidR="00CC70D7" w:rsidRPr="00807842" w:rsidRDefault="00000000">
      <w:pPr>
        <w:rPr>
          <w:lang w:val="de-DE"/>
        </w:rPr>
      </w:pPr>
      <w:sdt>
        <w:sdtPr>
          <w:rPr>
            <w:lang w:val="de-DE"/>
          </w:rPr>
          <w:id w:val="-18832333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02F98">
            <w:rPr>
              <w:rFonts w:ascii="MS Gothic" w:eastAsia="MS Gothic" w:hAnsi="MS Gothic" w:hint="eastAsia"/>
              <w:lang w:val="de-DE"/>
            </w:rPr>
            <w:t>☒</w:t>
          </w:r>
        </w:sdtContent>
      </w:sdt>
      <w:r w:rsidR="00CC70D7" w:rsidRPr="00807842">
        <w:rPr>
          <w:lang w:val="de-DE"/>
        </w:rPr>
        <w:t xml:space="preserve"> Kliniken</w:t>
      </w:r>
    </w:p>
    <w:p w14:paraId="1B21729B" w14:textId="11D7E897" w:rsidR="00CC70D7" w:rsidRPr="00807842" w:rsidRDefault="00000000">
      <w:pPr>
        <w:rPr>
          <w:lang w:val="de-DE"/>
        </w:rPr>
      </w:pPr>
      <w:sdt>
        <w:sdtPr>
          <w:rPr>
            <w:lang w:val="de-DE"/>
          </w:rPr>
          <w:id w:val="10149658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02F98">
            <w:rPr>
              <w:rFonts w:ascii="MS Gothic" w:eastAsia="MS Gothic" w:hAnsi="MS Gothic" w:hint="eastAsia"/>
              <w:lang w:val="de-DE"/>
            </w:rPr>
            <w:t>☒</w:t>
          </w:r>
        </w:sdtContent>
      </w:sdt>
      <w:r w:rsidR="00CC70D7" w:rsidRPr="00807842">
        <w:rPr>
          <w:lang w:val="de-DE"/>
        </w:rPr>
        <w:t xml:space="preserve"> Hospize</w:t>
      </w:r>
    </w:p>
    <w:p w14:paraId="4F3934C2" w14:textId="359EC147" w:rsidR="00CC70D7" w:rsidRPr="00807842" w:rsidRDefault="00000000">
      <w:pPr>
        <w:rPr>
          <w:lang w:val="de-DE"/>
        </w:rPr>
      </w:pPr>
      <w:sdt>
        <w:sdtPr>
          <w:rPr>
            <w:lang w:val="de-DE"/>
          </w:rPr>
          <w:id w:val="-11310846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02F98">
            <w:rPr>
              <w:rFonts w:ascii="MS Gothic" w:eastAsia="MS Gothic" w:hAnsi="MS Gothic" w:hint="eastAsia"/>
              <w:lang w:val="de-DE"/>
            </w:rPr>
            <w:t>☒</w:t>
          </w:r>
        </w:sdtContent>
      </w:sdt>
      <w:r w:rsidR="00CC70D7" w:rsidRPr="00807842">
        <w:rPr>
          <w:lang w:val="de-DE"/>
        </w:rPr>
        <w:t xml:space="preserve"> Einzelbesuche</w:t>
      </w:r>
    </w:p>
    <w:p w14:paraId="35E6B8C9" w14:textId="39EB66B8" w:rsidR="00CC70D7" w:rsidRPr="00807842" w:rsidRDefault="00000000">
      <w:pPr>
        <w:rPr>
          <w:lang w:val="de-DE"/>
        </w:rPr>
      </w:pPr>
      <w:sdt>
        <w:sdtPr>
          <w:rPr>
            <w:lang w:val="de-DE"/>
          </w:rPr>
          <w:id w:val="-19624925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02F98">
            <w:rPr>
              <w:rFonts w:ascii="MS Gothic" w:eastAsia="MS Gothic" w:hAnsi="MS Gothic" w:hint="eastAsia"/>
              <w:lang w:val="de-DE"/>
            </w:rPr>
            <w:t>☒</w:t>
          </w:r>
        </w:sdtContent>
      </w:sdt>
      <w:r w:rsidR="00CC70D7" w:rsidRPr="00807842">
        <w:rPr>
          <w:lang w:val="de-DE"/>
        </w:rPr>
        <w:t xml:space="preserve"> Gruppenangebote</w:t>
      </w:r>
    </w:p>
    <w:p w14:paraId="6EB0C001" w14:textId="15F7B370" w:rsidR="00CC70D7" w:rsidRPr="00807842" w:rsidRDefault="00000000">
      <w:pPr>
        <w:rPr>
          <w:lang w:val="de-DE"/>
        </w:rPr>
      </w:pPr>
      <w:sdt>
        <w:sdtPr>
          <w:rPr>
            <w:lang w:val="de-DE"/>
          </w:rPr>
          <w:id w:val="70865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70D7" w:rsidRPr="00807842">
            <w:rPr>
              <w:rFonts w:hint="eastAsia"/>
              <w:lang w:val="de-DE"/>
            </w:rPr>
            <w:t>☐</w:t>
          </w:r>
        </w:sdtContent>
      </w:sdt>
      <w:r w:rsidR="00CC70D7" w:rsidRPr="00807842">
        <w:rPr>
          <w:lang w:val="de-DE"/>
        </w:rPr>
        <w:t xml:space="preserve"> Öffentlichkeitsarbeit / Events</w:t>
      </w:r>
    </w:p>
    <w:p w14:paraId="705C4A85" w14:textId="77777777" w:rsidR="00C02DD4" w:rsidRDefault="00F717D3">
      <w:pPr>
        <w:rPr>
          <w:b/>
          <w:sz w:val="24"/>
          <w:lang w:val="de-DE"/>
        </w:rPr>
      </w:pPr>
      <w:r w:rsidRPr="00807842">
        <w:rPr>
          <w:b/>
          <w:sz w:val="24"/>
          <w:lang w:val="de-DE"/>
        </w:rPr>
        <w:t>❤</w:t>
      </w:r>
      <w:r>
        <w:rPr>
          <w:b/>
          <w:sz w:val="24"/>
        </w:rPr>
        <w:t>️</w:t>
      </w:r>
      <w:r w:rsidRPr="00807842">
        <w:rPr>
          <w:b/>
          <w:sz w:val="24"/>
          <w:lang w:val="de-DE"/>
        </w:rPr>
        <w:t xml:space="preserve"> Charakter &amp; Stärken</w:t>
      </w:r>
    </w:p>
    <w:p w14:paraId="2A0B5484" w14:textId="10A74CB9" w:rsidR="00902F98" w:rsidRDefault="00902F98">
      <w:pPr>
        <w:rPr>
          <w:b/>
          <w:sz w:val="24"/>
          <w:lang w:val="de-DE"/>
        </w:rPr>
      </w:pPr>
      <w:r>
        <w:rPr>
          <w:b/>
          <w:sz w:val="24"/>
          <w:lang w:val="de-DE"/>
        </w:rPr>
        <w:t>Lotta ist eine sehr freundliche,</w:t>
      </w:r>
      <w:r w:rsidR="001A46E2">
        <w:rPr>
          <w:b/>
          <w:sz w:val="24"/>
          <w:lang w:val="de-DE"/>
        </w:rPr>
        <w:t xml:space="preserve"> duldsame und</w:t>
      </w:r>
      <w:r>
        <w:rPr>
          <w:b/>
          <w:sz w:val="24"/>
          <w:lang w:val="de-DE"/>
        </w:rPr>
        <w:t xml:space="preserve"> menschenbezogene Hündin, die es liebt, gestreichelt zu werden. Wir fördern durch gemeinsame Aktivitäten mit den zu Betreuenden deren kognitive Aufmerksamkeit und Feinmotorik. </w:t>
      </w:r>
    </w:p>
    <w:p w14:paraId="3F602711" w14:textId="7E0A85AC" w:rsidR="00902F98" w:rsidRPr="00902F98" w:rsidRDefault="00902F98">
      <w:pPr>
        <w:rPr>
          <w:b/>
          <w:sz w:val="24"/>
          <w:lang w:val="de-DE"/>
        </w:rPr>
      </w:pPr>
      <w:r>
        <w:rPr>
          <w:b/>
          <w:sz w:val="24"/>
          <w:lang w:val="de-DE"/>
        </w:rPr>
        <w:t>Außerdem haben wir gemeinsam viel Spaß</w:t>
      </w:r>
    </w:p>
    <w:p w14:paraId="6A35B37A" w14:textId="77777777" w:rsidR="00C02DD4" w:rsidRPr="00807842" w:rsidRDefault="00F717D3">
      <w:pPr>
        <w:rPr>
          <w:lang w:val="de-DE"/>
        </w:rPr>
      </w:pPr>
      <w:r w:rsidRPr="00807842">
        <w:rPr>
          <w:b/>
          <w:sz w:val="24"/>
          <w:lang w:val="de-DE"/>
        </w:rPr>
        <w:t>⚠</w:t>
      </w:r>
      <w:r>
        <w:rPr>
          <w:b/>
          <w:sz w:val="24"/>
        </w:rPr>
        <w:t>️</w:t>
      </w:r>
      <w:r w:rsidRPr="00807842">
        <w:rPr>
          <w:b/>
          <w:sz w:val="24"/>
          <w:lang w:val="de-DE"/>
        </w:rPr>
        <w:t xml:space="preserve"> Was sollte man wissen?</w:t>
      </w:r>
    </w:p>
    <w:p w14:paraId="29334B41" w14:textId="4AEC4937" w:rsidR="00C02DD4" w:rsidRPr="00807842" w:rsidRDefault="00902F98">
      <w:pPr>
        <w:rPr>
          <w:lang w:val="de-DE"/>
        </w:rPr>
      </w:pPr>
      <w:r>
        <w:rPr>
          <w:lang w:val="de-DE"/>
        </w:rPr>
        <w:t>Die Gruppenstärke sollte nicht über 12 Personen liegen.</w:t>
      </w:r>
      <w:r w:rsidR="00F717D3" w:rsidRPr="00807842">
        <w:rPr>
          <w:lang w:val="de-DE"/>
        </w:rPr>
        <w:t>.</w:t>
      </w:r>
    </w:p>
    <w:p w14:paraId="2FDAC0B9" w14:textId="77777777" w:rsidR="00C02DD4" w:rsidRDefault="00F717D3">
      <w:pPr>
        <w:rPr>
          <w:b/>
          <w:sz w:val="24"/>
          <w:lang w:val="de-DE"/>
        </w:rPr>
      </w:pPr>
      <w:r>
        <w:rPr>
          <w:b/>
          <w:sz w:val="24"/>
        </w:rPr>
        <w:t>📍</w:t>
      </w:r>
      <w:r w:rsidRPr="00807842">
        <w:rPr>
          <w:b/>
          <w:sz w:val="24"/>
          <w:lang w:val="de-DE"/>
        </w:rPr>
        <w:t xml:space="preserve"> Region / Einsatzgebiet</w:t>
      </w:r>
    </w:p>
    <w:p w14:paraId="528F9498" w14:textId="77777777" w:rsidR="00902F98" w:rsidRPr="00807842" w:rsidRDefault="00902F98">
      <w:pPr>
        <w:rPr>
          <w:lang w:val="de-DE"/>
        </w:rPr>
      </w:pPr>
    </w:p>
    <w:p w14:paraId="76205750" w14:textId="23637810" w:rsidR="00C02DD4" w:rsidRPr="00807842" w:rsidRDefault="00F717D3">
      <w:pPr>
        <w:rPr>
          <w:lang w:val="de-DE"/>
        </w:rPr>
      </w:pPr>
      <w:r w:rsidRPr="00807842">
        <w:rPr>
          <w:lang w:val="de-DE"/>
        </w:rPr>
        <w:t>Einsatzregion:</w:t>
      </w:r>
      <w:r w:rsidR="00902F98">
        <w:rPr>
          <w:lang w:val="de-DE"/>
        </w:rPr>
        <w:t xml:space="preserve"> Stadt und Landkreis Wolfenbüttel</w:t>
      </w:r>
    </w:p>
    <w:p w14:paraId="51C29DA9" w14:textId="04145045" w:rsidR="00C02DD4" w:rsidRPr="00807842" w:rsidRDefault="00F717D3">
      <w:pPr>
        <w:rPr>
          <w:lang w:val="de-DE"/>
        </w:rPr>
      </w:pPr>
      <w:r w:rsidRPr="00807842">
        <w:rPr>
          <w:lang w:val="de-DE"/>
        </w:rPr>
        <w:t>Verfügbarkeit:</w:t>
      </w:r>
      <w:r w:rsidR="00902F98">
        <w:rPr>
          <w:lang w:val="de-DE"/>
        </w:rPr>
        <w:t xml:space="preserve"> s. Kalender oder auf persönliche Anfrage </w:t>
      </w:r>
      <w:r w:rsidR="001A46E2">
        <w:rPr>
          <w:lang w:val="de-DE"/>
        </w:rPr>
        <w:t>per Handy</w:t>
      </w:r>
    </w:p>
    <w:p w14:paraId="32273124" w14:textId="77777777" w:rsidR="00C02DD4" w:rsidRPr="00807842" w:rsidRDefault="00F717D3">
      <w:pPr>
        <w:rPr>
          <w:lang w:val="de-DE"/>
        </w:rPr>
      </w:pPr>
      <w:r>
        <w:rPr>
          <w:b/>
          <w:sz w:val="24"/>
        </w:rPr>
        <w:t>📬</w:t>
      </w:r>
      <w:r w:rsidRPr="00807842">
        <w:rPr>
          <w:b/>
          <w:sz w:val="24"/>
          <w:lang w:val="de-DE"/>
        </w:rPr>
        <w:t xml:space="preserve"> Kontakt</w:t>
      </w:r>
    </w:p>
    <w:p w14:paraId="2494F644" w14:textId="2A06F199" w:rsidR="00C02DD4" w:rsidRPr="00807842" w:rsidRDefault="00F717D3">
      <w:pPr>
        <w:rPr>
          <w:lang w:val="de-DE"/>
        </w:rPr>
      </w:pPr>
      <w:r w:rsidRPr="00807842">
        <w:rPr>
          <w:lang w:val="de-DE"/>
        </w:rPr>
        <w:t>Organisation:</w:t>
      </w:r>
      <w:r w:rsidR="001A46E2">
        <w:rPr>
          <w:lang w:val="de-DE"/>
        </w:rPr>
        <w:t xml:space="preserve"> TGI Kalme</w:t>
      </w:r>
    </w:p>
    <w:p w14:paraId="01B84D6C" w14:textId="3A5EC42D" w:rsidR="00C02DD4" w:rsidRPr="00807842" w:rsidRDefault="00F717D3">
      <w:pPr>
        <w:rPr>
          <w:lang w:val="de-DE"/>
        </w:rPr>
      </w:pPr>
      <w:r w:rsidRPr="00807842">
        <w:rPr>
          <w:lang w:val="de-DE"/>
        </w:rPr>
        <w:t>Ansprechpartner/in:</w:t>
      </w:r>
      <w:r w:rsidR="001A46E2">
        <w:rPr>
          <w:lang w:val="de-DE"/>
        </w:rPr>
        <w:t xml:space="preserve"> Andrea Kastner</w:t>
      </w:r>
    </w:p>
    <w:p w14:paraId="167EDCFD" w14:textId="08CBEACD" w:rsidR="00C02DD4" w:rsidRPr="001A46E2" w:rsidRDefault="00F717D3">
      <w:pPr>
        <w:rPr>
          <w:lang w:val="it-IT"/>
        </w:rPr>
      </w:pPr>
      <w:proofErr w:type="spellStart"/>
      <w:r w:rsidRPr="001A46E2">
        <w:rPr>
          <w:lang w:val="it-IT"/>
        </w:rPr>
        <w:t>Telefon</w:t>
      </w:r>
      <w:proofErr w:type="spellEnd"/>
      <w:r w:rsidRPr="001A46E2">
        <w:rPr>
          <w:lang w:val="it-IT"/>
        </w:rPr>
        <w:t>:</w:t>
      </w:r>
      <w:r w:rsidR="001A46E2" w:rsidRPr="001A46E2">
        <w:rPr>
          <w:lang w:val="it-IT"/>
        </w:rPr>
        <w:t xml:space="preserve"> 0162/ 9449485</w:t>
      </w:r>
    </w:p>
    <w:p w14:paraId="1BF08498" w14:textId="5020C6AB" w:rsidR="00C02DD4" w:rsidRPr="00366BA3" w:rsidRDefault="00F717D3">
      <w:pPr>
        <w:rPr>
          <w:lang w:val="it-IT"/>
        </w:rPr>
      </w:pPr>
      <w:r w:rsidRPr="00366BA3">
        <w:rPr>
          <w:lang w:val="it-IT"/>
        </w:rPr>
        <w:t>E-Mail:</w:t>
      </w:r>
      <w:r w:rsidR="001A46E2">
        <w:rPr>
          <w:lang w:val="it-IT"/>
        </w:rPr>
        <w:t xml:space="preserve"> </w:t>
      </w:r>
    </w:p>
    <w:p w14:paraId="751B8BEA" w14:textId="3A7728BF" w:rsidR="00C02DD4" w:rsidRPr="00366BA3" w:rsidRDefault="00F717D3">
      <w:pPr>
        <w:rPr>
          <w:lang w:val="it-IT"/>
        </w:rPr>
      </w:pPr>
      <w:r w:rsidRPr="00366BA3">
        <w:rPr>
          <w:lang w:val="it-IT"/>
        </w:rPr>
        <w:t>Website / Social Media:</w:t>
      </w:r>
      <w:r w:rsidR="001A46E2">
        <w:rPr>
          <w:lang w:val="it-IT"/>
        </w:rPr>
        <w:t xml:space="preserve"> www. tgi-kalme.de</w:t>
      </w:r>
    </w:p>
    <w:sectPr w:rsidR="00C02DD4" w:rsidRPr="00366BA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3110828">
    <w:abstractNumId w:val="8"/>
  </w:num>
  <w:num w:numId="2" w16cid:durableId="676810379">
    <w:abstractNumId w:val="6"/>
  </w:num>
  <w:num w:numId="3" w16cid:durableId="564030157">
    <w:abstractNumId w:val="5"/>
  </w:num>
  <w:num w:numId="4" w16cid:durableId="1171800991">
    <w:abstractNumId w:val="4"/>
  </w:num>
  <w:num w:numId="5" w16cid:durableId="1611281851">
    <w:abstractNumId w:val="7"/>
  </w:num>
  <w:num w:numId="6" w16cid:durableId="1939867777">
    <w:abstractNumId w:val="3"/>
  </w:num>
  <w:num w:numId="7" w16cid:durableId="520708355">
    <w:abstractNumId w:val="2"/>
  </w:num>
  <w:num w:numId="8" w16cid:durableId="1949392386">
    <w:abstractNumId w:val="1"/>
  </w:num>
  <w:num w:numId="9" w16cid:durableId="1116411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73B51"/>
    <w:rsid w:val="00194A20"/>
    <w:rsid w:val="001A46E2"/>
    <w:rsid w:val="00243EAC"/>
    <w:rsid w:val="0029639D"/>
    <w:rsid w:val="00326F90"/>
    <w:rsid w:val="00366BA3"/>
    <w:rsid w:val="0055422B"/>
    <w:rsid w:val="00584908"/>
    <w:rsid w:val="006C3F35"/>
    <w:rsid w:val="00754A18"/>
    <w:rsid w:val="00807842"/>
    <w:rsid w:val="00902F98"/>
    <w:rsid w:val="009D594D"/>
    <w:rsid w:val="00AA1D8D"/>
    <w:rsid w:val="00B06399"/>
    <w:rsid w:val="00B47730"/>
    <w:rsid w:val="00C02DD4"/>
    <w:rsid w:val="00CB0664"/>
    <w:rsid w:val="00CC70D7"/>
    <w:rsid w:val="00CD00B9"/>
    <w:rsid w:val="00D14B34"/>
    <w:rsid w:val="00DA3281"/>
    <w:rsid w:val="00F66D9B"/>
    <w:rsid w:val="00F717D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8833DE"/>
  <w14:defaultImageDpi w14:val="330"/>
  <w15:docId w15:val="{567D0E46-26F0-42AB-9416-8527C4334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latzhaltertext">
    <w:name w:val="Placeholder Text"/>
    <w:basedOn w:val="Absatz-Standardschriftart"/>
    <w:uiPriority w:val="99"/>
    <w:semiHidden/>
    <w:rsid w:val="009D59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363804-0F5D-4483-8FA6-5C5FFA3408B9}"/>
      </w:docPartPr>
      <w:docPartBody>
        <w:p w:rsidR="00C51FBC" w:rsidRDefault="00A41E9E">
          <w:r w:rsidRPr="00440671">
            <w:rPr>
              <w:rStyle w:val="Platzhaltertext"/>
            </w:rPr>
            <w:t>Wählen Sie ein Element aus.</w:t>
          </w:r>
        </w:p>
      </w:docPartBody>
    </w:docPart>
    <w:docPart>
      <w:docPartPr>
        <w:name w:val="FB47EEC36E4646F199790991D2D895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65279B-D206-4591-889F-C3BF2B2F7BE3}"/>
      </w:docPartPr>
      <w:docPartBody>
        <w:p w:rsidR="00C51FBC" w:rsidRDefault="00A41E9E" w:rsidP="00A41E9E">
          <w:pPr>
            <w:pStyle w:val="FB47EEC36E4646F199790991D2D895CA"/>
          </w:pPr>
          <w:r w:rsidRPr="00440671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E9E"/>
    <w:rsid w:val="00173B51"/>
    <w:rsid w:val="003018DD"/>
    <w:rsid w:val="00403164"/>
    <w:rsid w:val="00584908"/>
    <w:rsid w:val="00754A18"/>
    <w:rsid w:val="00A323AF"/>
    <w:rsid w:val="00A41E9E"/>
    <w:rsid w:val="00A83FE6"/>
    <w:rsid w:val="00C51FBC"/>
    <w:rsid w:val="00CB576F"/>
    <w:rsid w:val="00CD00B9"/>
    <w:rsid w:val="00DA3281"/>
    <w:rsid w:val="00F66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1E9E"/>
    <w:rPr>
      <w:color w:val="666666"/>
    </w:rPr>
  </w:style>
  <w:style w:type="paragraph" w:customStyle="1" w:styleId="FB47EEC36E4646F199790991D2D895CA">
    <w:name w:val="FB47EEC36E4646F199790991D2D895CA"/>
    <w:rsid w:val="00A41E9E"/>
    <w:pPr>
      <w:spacing w:after="200" w:line="276" w:lineRule="auto"/>
    </w:pPr>
    <w:rPr>
      <w:kern w:val="0"/>
      <w:sz w:val="22"/>
      <w:szCs w:val="22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1514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Andrea</cp:lastModifiedBy>
  <cp:revision>2</cp:revision>
  <dcterms:created xsi:type="dcterms:W3CDTF">2025-10-22T09:31:00Z</dcterms:created>
  <dcterms:modified xsi:type="dcterms:W3CDTF">2025-10-22T09:31:00Z</dcterms:modified>
  <cp:category/>
</cp:coreProperties>
</file>